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et informatique, 1ère année ECS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Raccaglia, Francis/ Durra-Gras, Agnès/ Clabecq, Jean-Luc/ Schreiber, Cécile/ </w:t>
            </w:r>
          </w:p>
        </w:tc>
      </w:tr>
      <w:tr>
        <w:trPr>
          <w:trHeight w:val="567"/>
        </w:trPr>
        <w:tc>
          <w:tcPr>
            <w:tcW w:type="dxa" w:w="3000"/>
          </w:tcPr>
          <w:p>
            <w:r>
              <w:t>Adresse bib.</w:t>
            </w:r>
          </w:p>
        </w:tc>
        <w:tc>
          <w:tcPr>
            <w:tcW w:type="dxa" w:w="7000"/>
          </w:tcPr>
          <w:p>
            <w:r>
              <w:t xml:space="preserve">Editions Tec et Doc/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Méthodes annales(N°:None)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9782743013639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algèbre de informatique/ </w:t>
            </w:r>
          </w:p>
        </w:tc>
      </w:tr>
    </w:tbl>
    <w:p>
      <w:pPr>
        <w:pStyle w:val="Heading3"/>
      </w:pPr>
      <w:r>
        <w:t>Résumé :</w:t>
      </w:r>
    </w:p>
    <w:p>
      <w:r>
        <w:t>Une approche novatrice pour parfaitement assimiler un cours et réussir vos épreuves de concours</w:t>
        <w:br/>
        <w:br/>
        <w:t>Méthodes</w:t>
        <w:br/>
        <w:br/>
        <w:t>Pour acquérir l'essentiel et assimiler en profondeur</w:t>
        <w:br/>
        <w:br/>
        <w:t>M&amp;A vous propose une approche pédagogique progressive, claire et directe afin de résoudre tous les problèmes.</w:t>
        <w:br/>
        <w:br/>
        <w:br/>
        <w:br/>
        <w:t>Le cours en questions vous aide à apprendre et à comprendre votre cours et les points fondamentaux à retenir.</w:t>
        <w:br/>
        <w:br/>
        <w:br/>
        <w:br/>
        <w:t>Les savoir-faire clefs vous fournissent les réflexes méthodologiques essentiels sous la forme d'exercices types analysés, accompagnés de nombreux conseils.</w:t>
        <w:br/>
        <w:br/>
        <w:br/>
        <w:br/>
        <w:t>Annales</w:t>
        <w:br/>
        <w:br/>
        <w:t>Pour s'exercer tout au long de l'année et arriver fin prêt aux concours</w:t>
        <w:br/>
        <w:br/>
        <w:t>M&amp;A vous aide à mettre en pratique vos connaissances et progresser au fil des mois.</w:t>
        <w:br/>
        <w:br/>
        <w:br/>
        <w:br/>
        <w:t>Pour maîtriser les bases permet de vous entraîner sur des exercices et problèmes de concours, en utilisant les repères précédemment acquis. Les solutions, entièrement rédigées et détaillées, viennent asseoir définitivement vos connaissances.</w:t>
        <w:br/>
        <w:br/>
        <w:br/>
        <w:br/>
        <w:t>Pour approfondir vous propose des textes de concours d'un plus haut niveau et permet de vous confronter à des situations nouvelles. En développant vos capacités de réflexion et d'adaptation, vous optimisez vos chances aux concours et consolidez votre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