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Formation pratique à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Archambault, Michel/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Éd. techniques et scientifiques françaises/ </w:t>
            </w:r>
          </w:p>
        </w:tc>
      </w:tr>
      <w:tr>
        <w:trPr>
          <w:trHeight w:val="567"/>
        </w:trPr>
        <w:tc>
          <w:tcPr>
            <w:tcW w:type="dxa" w:w="3000"/>
          </w:tcPr>
          <w:p>
            <w:r>
              <w:t>Nombre de Pages</w:t>
            </w:r>
          </w:p>
        </w:tc>
        <w:tc>
          <w:tcPr>
            <w:tcW w:type="dxa" w:w="7000"/>
          </w:tcPr>
          <w:p>
            <w:r>
              <w:t>VII-199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9782100506019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base/ Diode/ porte logique/ </w:t>
            </w:r>
          </w:p>
        </w:tc>
      </w:tr>
    </w:tbl>
    <w:p>
      <w:pPr>
        <w:pStyle w:val="Heading3"/>
      </w:pPr>
      <w:r>
        <w:t>Résumé :</w:t>
      </w:r>
    </w:p>
    <w:p>
      <w:r>
        <w:t>Ce livre est une introduction pratique à l’électronique, destinée aux débutants. Il couvre les lois fondamentales, les composants de base (résistances, diodes, transistors, condensateurs), ainsi que des circuits plus évolués comme les amplificateurs opérationnels, relais, portes logiques et microcontrôleurs. Il met l’accent sur des montages concrets, avec peu de théorie et beaucoup de méthodes de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