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chimie physique à l'usage des pharmaciens et biologistes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Ruyssen, R/ Molles,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551-561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chromatographie ./ potentiel de diffusion/ </w:t>
            </w:r>
          </w:p>
        </w:tc>
      </w:tr>
    </w:tbl>
    <w:p>
      <w:pPr>
        <w:pStyle w:val="Heading3"/>
      </w:pPr>
      <w:r>
        <w:t>Résumé :</w:t>
      </w:r>
    </w:p>
    <w:p>
      <w:r>
        <w:t>Le livre explore en profondeur les principes de la thermodynamique, cinétique, équilibre, spectroscopie, surfaces et formulation, tous appliqués aux besoins des pharmaciens et biologistes — un manuel technique et solidement ancré dans l’application professionnelle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