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Guide pratique des montages électroniques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Archambault, Michel/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Éditions techniques et scientifiques françaises/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21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2855350077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621.381/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électronique pratique/ schémas électriques/ </w:t>
            </w:r>
          </w:p>
        </w:tc>
      </w:tr>
    </w:tbl>
    <w:p>
      <w:pPr>
        <w:pStyle w:val="Heading3"/>
      </w:pPr>
      <w:r>
        <w:t>Résumé :</w:t>
      </w:r>
    </w:p>
    <w:p>
      <w:r>
        <w:t>Ce guide est un manuel pratique d’électronique destiné aux débutants comme aux passionnés plus expérimentés. Il propose 100 montages électroniques simples et efficaces, à réaliser soi-même, avec des composants classiques.</w:t>
        <w:br/>
        <w:br/>
        <w:br/>
        <w:br/>
        <w:t>L’objectif du livre est d’allier théorie accessible et application immédiate par la réalisation de circuits concrets, regroupés par thème et usage.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