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most important industrial chemical processes.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Mukhlyonov, I/ Averbukh, A/ Kuznetsov, D/ Amelin,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319-323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 silicate/ electrochemical processe/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