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Gautier, Christian/ Warusfel, André/ Lussier, Francois/ Monica, Gonzague de/ Nicolas,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9782100521272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mathématiques/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en un seul volume la totalité du programme de mathématiques de la 2e année des classes préparatoires BCPST.</w:t>
        <w:br/>
        <w:br/>
        <w:t>Conçu comme un ouvrage de référence, ce livre propose au lecteur une vision globale du cours dans le strict respect des programmes.</w:t>
        <w:br/>
        <w:br/>
        <w:t>À la fin de chaque chapitre, de nombreux énoncés d'exercices complètent le cours et permettent au futur candidat de s'entraîner efficacement dans l'optique du concours.</w:t>
        <w:br/>
        <w:br/>
        <w:t>Tous les exercices sont corrigés de façon détaillée à la fin de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