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de mobiles &amp; réseaux sans fil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Agha, Khaldoun Al/ Vivier, Guillaume/ Pujolle, Guy/ Vidal, Bruno/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XVI-490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2212110189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GSM/ GPRS/ EDGE/ UMTS/ </w:t>
            </w:r>
          </w:p>
        </w:tc>
      </w:tr>
    </w:tbl>
    <w:p>
      <w:pPr>
        <w:pStyle w:val="Heading3"/>
      </w:pPr>
      <w:r>
        <w:t>Résumé :</w:t>
      </w:r>
    </w:p>
    <w:p>
      <w:r>
        <w:t>Le livre Réseaux de mobiles &amp; réseaux sans fil présente un panorama complet des technologies de communication sans fil et mobiles, en couvrant à la fois les principes techniques, les standards internationaux, et les applications concrètes.</w:t>
        <w:br/>
        <w:br/>
        <w:t>L’ouvrage s’ouvre sur une explication claire des concepts de base en réseaux mobiles (GSM, GPRS, EDGE, UMTS) et réseaux sans fil (Wi-Fi, Bluetooth, satellite, boucle locale radio). Il décrit l’évolution progressive de la 2G à la 3G, tout en introduisant les perspectives vers la 4G (haut débit, tout-IP, multimédia mobile).</w:t>
        <w:br/>
        <w:br/>
        <w:t>Les standards comme IEEE 802.11 (Wi-Fi) et Bluetooth sont analysés en détail : architecture, débits, sécurité, portées, interférences. L’auteur explore également des technologies complémentaires comme la télévision numérique (DVB) et les réseaux par satellite.</w:t>
        <w:br/>
        <w:br/>
        <w:t>Un accent particulier est mis sur les problématiques de mobilité, qualité de service (QoS), interopérabilité, adressage IP mobile et les protocoles d’accès. Les enjeux de convergence des réseaux, de mobilité IP, ainsi que les applications émergentes comme le WAP, i-Mode, vidéo mobile, sont discutés de manière critique.</w:t>
        <w:br/>
        <w:br/>
        <w:t>Conçu comme un outil à la fois pédagogique et technique, ce livre s’adresse aux étudiants en télécommunications, ingénieurs réseaux, architectes systèmes et professionnels souhaitant comprendre l’écosystème sans fil à travers ses fondements, ses limites et ses perspectives.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