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tests de logique et de mathématiques aux concours des écoles de commerce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Silly,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Studyrama/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Principes : méthodologie(N°:None)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9782759008551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logique verbale/ </w:t>
            </w:r>
          </w:p>
        </w:tc>
      </w:tr>
    </w:tbl>
    <w:p>
      <w:pPr>
        <w:pStyle w:val="Heading3"/>
      </w:pPr>
      <w:r>
        <w:t>Résumé :</w:t>
      </w:r>
    </w:p>
    <w:p>
      <w:r>
        <w:t>Ce manuel s'adresse aux candidats qui préparent les concours : Pass, Accès (Ponderation I et II), Team, Sésame. Deux grandes parties : un cours qui reprend les notions de mathématiques et de logique à maîtriser impérativement ; de nombreux exercices adaptés à chaque concours. Des conseils méthodologiques et des astuces pour gagner en efficacité. Plus de 400 exercices pour s'entraîner : résolutions de problèmes, suites logiques, analyse de tableaux et de graphiques, etc ;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