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Limites, applications continues, espaces complets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Sondaz, Daniel/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maitriser les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9782854289251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w:t>
            </w:r>
          </w:p>
        </w:tc>
      </w:tr>
    </w:tbl>
    <w:p>
      <w:pPr>
        <w:pStyle w:val="Heading3"/>
      </w:pPr>
      <w:r>
        <w:t>Résumé :</w:t>
      </w:r>
    </w:p>
    <w:p>
      <w:r>
        <w:t>Cet ouvrage est une introduction à la topologie. Il s'adresse aux étudiants de L3 de mathématiques, de masters de mathématiques pures et appliquées, aux étudiants des écoles d'ingénieurs ainsi qu'aux étudiants qui préparent le C.A.P.E.S. et l'agrégation de mathématiques. Il propose à la fois des rappels de cours et des exercices corrigés de façon particulièrement détaillée, classés par ordre de difficulté croissante. Le lecteur peut ainsi progresser à son rythme et de façon autonome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