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Spectral theory of differential operators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Lewis, Roger T/ Knowles, Ian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North-Holland publishing company/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North-Holland mathematics studies(N°:None)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spectrale/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