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régression PLS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Tenenhaus,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245-252.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régression/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illustre l apport de la régression PLS en l utilisant sur de nombreux exemples et décrit avec un maximum de détails les sorties du logiciel de référence (SIMCA) à partir de ces exemples. Ainsi, un utilisateur de la régression PLS trouve dans ce livre toute l aide nécessaire pour une exploitation optimale des résultats. "Ce livre clair, agréable à lire, et dont la calligraphie est excellente constitue une remarquable synthèse sur les méthodes PLS et, de façon plus générale, sur les techniques de liaison entre deux ensembles de variables,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