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solutions développées des exercices.T1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Fernandez, Jean-Claude/ Birkhoff; G./ Hocquemiller, Josée/ Weil, Jacques-Arthur/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solution développée/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le premier tome d’une série dédiée à l’algèbre, présentant les solutions détaillées et commentées des exercices relatifs aux notions fondamentales de l’algèbre : ensembles, applications, lois de composition, structures algébriques (groupes, anneaux, corps).</w:t>
        <w:br/>
        <w:br/>
        <w:t>Il s’adresse principalement aux étudiants de premier cycle universitaire (licence, classes préparatoires), aux enseignants et à toute personne souhaitant renforcer sa compréhension des structures algébriques.</w:t>
        <w:br/>
        <w:br/>
        <w:br/>
        <w:br/>
        <w:t>L’accent est mis sur la rigueur du raisonnement, la maîtrise des définitions et des propriétés fondamentales, à travers une approche progressive et pédagogique. Chaque exercice est accompagné d’une solution entièrement développée, permettant de mieux assimiler les concepts abstraits.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