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Informatique et sciences physiques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Ménétrier, M/ Raballand, CI/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 Lavoisier/ langage et informatique/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Informatique Prépas Université(N°:None)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2852065061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informatique/ calcul numérique/ </w:t>
            </w:r>
          </w:p>
        </w:tc>
      </w:tr>
    </w:tbl>
    <w:p>
      <w:pPr>
        <w:pStyle w:val="Heading3"/>
      </w:pPr>
      <w:r>
        <w:t>Résumé :</w:t>
      </w:r>
    </w:p>
    <w:p>
      <w:r>
        <w:t>L’ouvrage propose une introduction complète aux méthodes numériques appliquées aux sciences physiques, en s’appuyant sur le langage Turbo Pascal. Il est structuré en deux grandes parties :</w:t>
        <w:br/>
        <w:br/>
        <w:br/>
        <w:br/>
        <w:t>Éléments de base du langage Turbo Pascal : présentation des données, structures de contrôle (conditions, boucles), fonctions, procédures, etc., afin de fournir les outils de programmation nécessaires.</w:t>
        <w:br/>
        <w:br/>
        <w:br/>
        <w:br/>
        <w:t>Méthodes numériques et résolutions d’exercices : mise en œuvre d’algorithmes pour résoudre des équations, calculer des dérivées, des intégrales, résoudre des systèmes, et illustrer les approches numériques via 90 exercices progressifs.</w:t>
        <w:br/>
        <w:br/>
        <w:br/>
        <w:br/>
        <w:t>Chaque exercice est accompagné d’un programme en Turbo Pascal prêt à être exécuté, permettant de mettre en pratique les concepts algorithmiques et de renforcer la compréhension technique et mathématique.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