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Annuaire 2002 des 10 000 sites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917 p.</w:t>
            </w:r>
          </w:p>
        </w:tc>
      </w:tr>
      <w:tr>
        <w:trPr>
          <w:trHeight w:val="567"/>
        </w:trPr>
        <w:tc>
          <w:tcPr>
            <w:tcW w:type="dxa" w:w="3000"/>
          </w:tcPr>
          <w:p>
            <w:r>
              <w:t>Illustration</w:t>
            </w:r>
          </w:p>
        </w:tc>
        <w:tc>
          <w:tcPr>
            <w:tcW w:type="dxa" w:w="7000"/>
          </w:tcPr>
          <w:p>
            <w:r>
              <w:t>ill., couv. ill.</w:t>
            </w:r>
          </w:p>
        </w:tc>
      </w:tr>
      <w:tr>
        <w:trPr>
          <w:trHeight w:val="567"/>
        </w:trPr>
        <w:tc>
          <w:tcPr>
            <w:tcW w:type="dxa" w:w="3000"/>
          </w:tcPr>
          <w:p>
            <w:r>
              <w:t>Numéro d'Identification</w:t>
            </w:r>
          </w:p>
        </w:tc>
        <w:tc>
          <w:tcPr>
            <w:tcW w:type="dxa" w:w="7000"/>
          </w:tcPr>
          <w:p>
            <w:r>
              <w:t>2744012238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sites web/ </w:t>
            </w:r>
          </w:p>
        </w:tc>
      </w:tr>
    </w:tbl>
    <w:p>
      <w:pPr>
        <w:pStyle w:val="Heading3"/>
      </w:pPr>
      <w:r>
        <w:t>Résumé :</w:t>
      </w:r>
    </w:p>
    <w:p>
      <w:r>
        <w:t>L'annuaire des sites le plus complet jamais réalisé ! Internet est une formidable source d'informations, de loisirs et de services. Vous pourrez y trouver tout ce dont vous avez besoin ou envie votre vie quotidienne. Encore faut-il savoir où chercher ! Cet ouvrage est conçu pour faciliter vos recherches et guider votre navigation dans les méandres de la toile. Organisé de manière très efficace, il vous livre les meilleures du Web pour suivre actualité, consulter les offres d'emploi, participer à des forums de discussion, faire vos courses en ligne, télécharger des fichiers,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