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polymères synthèses,réactions,dégradations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Jean/ Maréchal, Ernest/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XVIII-448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des matériaux(N°:13)</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2880742404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Polymère synthétique/ stabilité chimique/ </w:t>
            </w:r>
          </w:p>
        </w:tc>
      </w:tr>
    </w:tbl>
    <w:p>
      <w:pPr>
        <w:pStyle w:val="Heading3"/>
      </w:pPr>
      <w:r>
        <w:t>Résumé :</w:t>
      </w:r>
    </w:p>
    <w:p>
      <w:r>
        <w:t>Ce volume est consacré à l'étude des principales synthèses et des réactions les plus importantes de la chimie macromoléculaire qui sont à la base de la synthèse ou de la modification chimique des matériaux polymères. Les auteurs montrent en particulier que c'est par un contrôle strict de la structure chimique que l'on a développé à partir des mêmes polymères un ensemble de matériaux aux propriétés entièrement nouvelles. La compréhension de cet ouvrage n'exige que des connaissances élémentaires de chimie organique, de cinétique et de thermodynamique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