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Maréchal, Guy/ Toquec, Jean Alain/ Richard, Guy/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284 p.</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 manuel de mathématiques, s’adresse principalement aux étudiants des filières techniques et professionnelles (BEP, CAP, etc.). Il propose une approche concrète et appliquée des mathématiques, orientée vers la résolution de problèmes pratiques rencontrés dans le monde du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