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Créer votre page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McFedries, Paul/ Campillo, Veronique/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Simon/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315-327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compatibilité navigateur/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un manuel clair et progressif pour créer facilement un site Web simple. Il aborde à la fois les aspects techniques de base (HTML, CSS, hébergement) et les outils modernes pour faciliter la création, tout en insistant sur la simplicité et la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