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Medjahed Gamaz,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de sujets d'examens et de rattrapage destinés aux étudiants de Master 1 en informatique (spécialité réseaux). Il vise à aider les étudiants à s'entraîner, à réviser et à consolider leurs acquis à travers des épreuves réelles et des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