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Elémentary différential equations and boundary value problems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Boyce, William 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Jhon wiley &amp;sons/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0471093343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