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l'algorithmique et à la programmation en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Malgouyres, Remy/ Zrour, Rita/ Feschet, Fabien/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9782100557035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d'initiation décrit les algorithmes incontournables et les structures de données que l'on rencontre dans tous les langages. Le langage choisi est le C parce que de nombreux langages en dérivent et parce qu'il est à la base de tous les systèmes d'exploitation. Le langage C est très enseigné comme premier langage, notamment en IUT, car c'est un langage de "bas niveau".</w:t>
        <w:br/>
        <w:br/>
        <w:br/>
        <w:br/>
        <w:t>L'exposé est clair, rigoureux et concis, les pièges sont clairement mis en évidence. De nombreux exercices progressifs (avec leur corrigé) permettent au lecteur de pratiquer par lui-même avec son ordinateur.</w:t>
        <w:br/>
        <w:br/>
        <w:br/>
        <w:br/>
        <w:t>Cette deuxième édition s'enrichit d'une annexe supplémentaire sur les arguments d'un programme, et d'une dizaine de nouveaux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