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 # 4, les fondamentaux du langage dévlopper avec visual studio 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Groussard,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519-533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9782746058842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C# 4/ visual studio 2010/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développeurs débutants et intermédiaires qui souhaitent se familiariser avec le langage de programmation C# et ses fonctionnalités. Le livre couvre les concepts fondamentaux du langage C# 4, en fournissant des explications claires et des exemples pratiques pour chaque sujet traité.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