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distributions, avec solutions détaillées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Zuily,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dualité topologique/ </w:t>
            </w:r>
          </w:p>
        </w:tc>
      </w:tr>
    </w:tbl>
    <w:p>
      <w:pPr>
        <w:pStyle w:val="Heading3"/>
      </w:pPr>
      <w:r>
        <w:t>Résumé :</w:t>
      </w:r>
    </w:p>
    <w:p>
      <w:r>
        <w:t>Le livre est organisé en sept chapitres progressifs, abordant successivement les notions-clés suivantes :</w:t>
        <w:br/>
        <w:br/>
        <w:br/>
        <w:br/>
        <w:t>Préliminaires : rappel des espaces de fonctions test (C^k, support compact...), topologies, formules de Taylor, etc.</w:t>
        <w:br/>
        <w:br/>
        <w:br/>
        <w:br/>
        <w:t>Distributions : définitions, ordre, support, distributions à support compact.</w:t>
        <w:br/>
        <w:br/>
        <w:br/>
        <w:br/>
        <w:t>Opérations : multiplication par une fonction lisse, dérivation, sauts, formules de Gauss‑Green, exemples.</w:t>
        <w:br/>
        <w:br/>
        <w:br/>
        <w:br/>
        <w:t>Convergence : notions de convergence faible‑*, théorème de Banach–Steinhaus, applications.</w:t>
        <w:br/>
        <w:br/>
        <w:br/>
        <w:br/>
        <w:t>Produit tensoriel des distributions.</w:t>
        <w:br/>
        <w:br/>
        <w:br/>
        <w:br/>
        <w:t>Convolution et propriétés des convolutions.</w:t>
        <w:br/>
        <w:br/>
        <w:t>Transformation de Fourier et espaces de Sobolev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