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licence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Bertrand, Myriam - Maumy/ Fredon, Daniel/ Bertrand,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9782100757015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aux étudiants en licence 1 de mathématiques ou de physique une méthode efficace et progressive pour apprendre comprendre et appliquer les concepts fondamentaux des mathématiques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