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pour la licence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Marco, Jean-Pierre/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Milan,Barcelone/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2225829985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fonctionnelle/ topologie/ </w:t>
            </w:r>
          </w:p>
        </w:tc>
      </w:tr>
    </w:tbl>
    <w:p>
      <w:pPr>
        <w:pStyle w:val="Heading3"/>
      </w:pPr>
      <w:r>
        <w:t>Résumé :</w:t>
      </w:r>
    </w:p>
    <w:p>
      <w:r>
        <w:t>Le livre couvre la partie « fonctionnelle » de l’analyse en licence (notions requises pour le CAPES/Agrégation), répartie en trois grands axes :</w:t>
        <w:br/>
        <w:br/>
        <w:t>Topologie générale : espaces topologiques et métriques, limites, continuité, complétude, compacité, connexité.</w:t>
        <w:br/>
        <w:br/>
        <w:t>Espaces vectoriels normés : espaces normés, séries/familles sommables, espaces de Hilbert.</w:t>
        <w:br/>
        <w:br/>
        <w:t xml:space="preserve">Mesure &amp; intégration : de l’intégrale de Riemann à celle de Lebesgue (construction et propriétés), espaces </w:t>
        <w:br/>
        <w:br/>
        <w:t xml:space="preserve"> , intégration sur produits, mesures dans R n</w:t>
        <w:br/>
        <w:br/>
        <w:t>Le cours est richement illustré d’exemples, questions-tests encadrées, encadrés méthodologiques (rappels, pièges, synthèses) et se conclut par une multitude d’exercices parfaitement corrigés en fin d’ouvrage.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