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expérimentales en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Anne-Sophie/ Émond, Matthieu/ Émond, Matthieu/ Clède, Sylvain/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9782100573783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expérimentale/ </w:t>
            </w:r>
          </w:p>
        </w:tc>
      </w:tr>
    </w:tbl>
    <w:p>
      <w:pPr>
        <w:pStyle w:val="Heading3"/>
      </w:pPr>
      <w:r>
        <w:t>Résumé :</w:t>
      </w:r>
    </w:p>
    <w:p>
      <w:r>
        <w:t>Ce manuel « Techniques expérimentales en chimie : réussir les TP aux concours », coordonné par Matthieu Émond, est un guide complet pour les étudiants préparant les concours scientifiques.</w:t>
        <w:br/>
        <w:br/>
        <w:t>Il propose :</w:t>
        <w:br/>
        <w:br/>
        <w:t>•</w:t>
        <w:tab/>
        <w:t>Des protocoles expérimentaux fondamentaux (dosages, synthèses, spectroscopies…)</w:t>
        <w:br/>
        <w:br/>
        <w:t>•</w:t>
        <w:tab/>
        <w:t>Des conseils pour éviter les erreurs fréquentes</w:t>
        <w:br/>
        <w:br/>
        <w:t>•</w:t>
        <w:tab/>
        <w:t>Une structure pédagogique claire, orientée vers l’analyse scientifique</w:t>
        <w:br/>
        <w:br/>
        <w:t>•</w:t>
        <w:tab/>
        <w:t>De nombreux outils visuels (schémas, tableaux, photos)</w:t>
        <w:br/>
        <w:br/>
        <w:t>•</w:t>
        <w:tab/>
        <w:t>Des annexes pratiques et une méthode de rédaction de fiches de TP</w:t>
        <w:br/>
        <w:br/>
        <w:t>Ce livre prépare efficacement aux épreuves expérimentales en combinant rigueur, méthode et savoir-faire scientifique.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