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concepts et contextes. V1 , fonction d'une variable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Stewart,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2804150305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