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Larroche, Alain/ Laurent,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2100051458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logique mathématiques/ mathématique appliquée/ </w:t>
            </w:r>
          </w:p>
        </w:tc>
      </w:tr>
    </w:tbl>
    <w:p>
      <w:pPr>
        <w:pStyle w:val="Heading3"/>
      </w:pPr>
      <w:r>
        <w:t>Résumé :</w:t>
      </w:r>
    </w:p>
    <w:p>
      <w:r>
        <w:t>Cet ouvrage est un dictionnaire pédagogique et thématique des mathématiques, présentant 280 concepts fondamentaux classés de A à Z. Chaque entrée propose une définition claire, accompagnée d'exemples concrets et de contre-exemples, ce qui aide à mieux comprendre les nuances des notions abordées. Ce livre est destiné aux étudiants, enseignants et passionnés de mathématiques qui souhaitent renforcer leur compréhension théorique tout en évitant les pièges conceptuels courants.</w:t>
        <w:br/>
        <w:br/>
        <w:br/>
        <w:br/>
        <w:t>Il couvre un large éventail de domaines : algèbre, analyse, géométrie, probabilités, logique, théorie des ensembles, etc., avec une approche à la fois rigoureuse et accessible.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