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mille et une questions de la chimie en prépa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Uhl, Lionel/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mille et une questions en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9782729882044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élèves de PCSI. Il est composé de 8 chapitres. Chacun regroupe plusieurs dizaines de questions réparties en rubriques : Les ordres de grandeur utiles ; Le cours d'abord ; Conseils à suivre ; erreurs à éviter ; Applications directes du cours ; Questions de réflexion ; chimie pratique ; Exercices ; Questions ouvertes ; Travaux pratiques (selon les cas) ; Un peu d'informatique. Toutes les questions sont corrigées.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