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spectrométrique de composés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Silverstein, Robert Milton/ Webster, Francis X/ Kiemle, David J/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502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9782804155070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spectrométrique/ hydrocarbure saturé/ </w:t>
            </w:r>
          </w:p>
        </w:tc>
      </w:tr>
    </w:tbl>
    <w:p>
      <w:pPr>
        <w:pStyle w:val="Heading3"/>
      </w:pPr>
      <w:r>
        <w:t>Résumé :</w:t>
      </w:r>
    </w:p>
    <w:p>
      <w:r>
        <w:t>Le livre de Silverstein est un guide complet pour l'identification des composés organiques par spectroscopie, en abordant à la fois les aspects théoriques et pratiques de ces techniques. Il permet aux étudiants et aux chercheurs de développer une approche systématique pour déterminer la structure des molécules organiques en utilisant les informations fournies par différentes spectroscopies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