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générale, chapitres 1 à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Bourbaki,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Pagination multiple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 ensembliste/ </w:t>
            </w:r>
          </w:p>
        </w:tc>
      </w:tr>
    </w:tbl>
    <w:p>
      <w:pPr>
        <w:pStyle w:val="Heading3"/>
      </w:pPr>
      <w:r>
        <w:t>Résumé :</w:t>
      </w:r>
    </w:p>
    <w:p>
      <w:r>
        <w:t>Ce premier volume du Livre d Intégration, sixième Livre du traite, est consacre aux fondements de la théorie de l intégration, il comprend les chapitres: Inégalités de convexité; Espaces de Riesz; Mesures sur les espaces localement compacts; Prolongement d une mesure. Espaces Lp. Il contient Egalement une note historique.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