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Principes d'analyse instrumentale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Skoog, Douglas Arvid/ Holler, James F/ Nieman, Timothy A/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5e éd.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De Boeck/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956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ill., couv. 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26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Index p.p. 920-945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2744501123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chimie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signal vs bruit/ limites de détection/ </w:t>
            </w:r>
          </w:p>
        </w:tc>
      </w:tr>
    </w:tbl>
    <w:p>
      <w:pPr>
        <w:pStyle w:val="Heading3"/>
      </w:pPr>
      <w:r>
        <w:t>Résumé :</w:t>
      </w:r>
    </w:p>
    <w:p>
      <w:r>
        <w:t>Ce guide indispensable met l'utilisateur en garde vis-à-vis des pièges qui accompagnent toute mesure physique et lui permet de se familiariser avec les indispensables notions de limites de sensibilité, de précision et d'exactitude des techniques.</w:t>
        <w:br/>
        <w:br/>
        <w:br/>
        <w:br/>
        <w:t>Contenu</w:t>
        <w:br/>
        <w:br/>
        <w:br/>
        <w:br/>
        <w:t>Les techniques d'analyse permettant aux scientifiques de rassembler des informations quantitatives et qualitatives quant à la composition et à la structure de la matière ne manquent pas... Encore faut-il, face à un problème concret, choisir judicieusement la stratégie à adopter et exploiter au maximum les ressources qu'offre chacune de ces techniques...</w:t>
        <w:br/>
        <w:br/>
        <w:br/>
        <w:br/>
        <w:t>L'utilisation efficace de l'instrumentation moderne d'analyse exige la compréhension préalable des principes fondamentaux à la base de la technique et du fonctionnement des appareils.</w:t>
        <w:br/>
        <w:br/>
        <w:t>C'est pourquoi cet ouvrage réalise la synthèse de la pratique instrumentale tout en rappelant toutes les notions indispensables à la compréhension intime des mécanismes qui sous-tendent le fonctionnement des appareils.</w:t>
        <w:br/>
        <w:br/>
        <w:br/>
        <w:br/>
        <w:t>Points forts</w:t>
        <w:br/>
        <w:br/>
        <w:br/>
        <w:br/>
        <w:t>Ce guide indispensable met par ailleurs l'utilisateur en garde vis-à-vis des pièges qui accompagnent toute mesure physique et lui permet de se familiariser avec les indispensables notions de limites de sensibilité, de précision et d'exactitude des techniques.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