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l'oxydoréduction à l'électrochimie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Verchier, Yann/ Lemaître, Frédéric/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VIII-328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9782729830724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oxydoréduction/ thermodynamique des réactions électrochimiques/ points méthode/ </w:t>
            </w:r>
          </w:p>
        </w:tc>
      </w:tr>
    </w:tbl>
    <w:p>
      <w:pPr>
        <w:pStyle w:val="Heading3"/>
      </w:pPr>
      <w:r>
        <w:t>Résumé :</w:t>
      </w:r>
    </w:p>
    <w:p>
      <w:r>
        <w:t>De l’oxydoréduction à l’électrochimie est un manuel qui s’adresse à tous les étudiants désireux de s’initier pas-à-pas à l’électrochimie. Destiné à accompagner l’étudiant tout au long de ses quatre premières années d’études supérieures, cet ouvrage permet dans un premier temps de consolider les bases d’oxydoréduction acquises dans le secondaire pour ensuite former le lecteur à l’étude rigoureuse de systèmes électrochimiques complexes. Ce manuel se veut également être une passerelle permettant de faire le lien entre l’oxydoréduction enseignée dans le secondaire et l’électrochimie enseignée dans des ouvrages plus spécialisés de niveau master.</w:t>
        <w:br/>
        <w:br/>
        <w:t>Constitué de cours clairs et complets, cet ouvrage propose un travail en « étape » permettant à l’étudiant de juger de la progression de son apprentissage. Des encarts intitulés « point méthode » sont le lieu de conseils méthodologiques permettant à l’étudiant de se former à la démarche scientifique.</w:t>
        <w:br/>
        <w:br/>
        <w:t>Aussi, la grande quantité d’exercices proposés et leur correction intégrale rend possible la mise en pratique des notions acquises.</w:t>
        <w:br/>
        <w:br/>
        <w:t>Cet ouvrage sera par ailleurs susceptible d’intéresser les étudiants préparant les concours d’enseignants du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