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d'examen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Zitouni,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Office des Publication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la matière de cet ouvrage est formée de 25 sujets d'examen parfois enrichis sélectionnés l'ensemble des examen que l'auteur a donnés à ses étudiants de 1 er année àL.U.S.T.H.B. de puis plusieurs année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