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chimie générale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Yacouta Nour, A/ Boudia, S Merad/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 èm.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9789961005088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équilibre chimique/  thermochimie/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destiné aux étudiants de première année sciences exactes et technologie comme il peut intéresser aussi les étudiants de première année biologie pharmacie.</w:t>
        <w:br/>
        <w:br/>
        <w:t>Les exercices et les problèmes traités ici ont été sélectionnés parmi les sujets d'examens et travaux dirigés depuis plusieurs années nous espérons qu'il pourra être consulté avec profit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