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technologie objet dans le développement d'applications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Tkach, Daniel/ Puttick, Richard/ Moreau, Guillaume/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197-200. Index p.p. 201-204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2711786129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conception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explore de manière approfondie l'approche orientée objet (OO) dans la conception et le développement de logiciels. L’ouvrage vise à expliquer comment la technologie objet permet d’augmenter la qualité, la maintenabilité et la réutilisabilité des applications informatiques, en particulier dans des environnements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