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Gravure des CD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Charton, Eric/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Simon et Schuster Macmillan/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Se former en 1 jour(N°:None)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p.p.189-201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2744003875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cédéroms / gravure/ </w:t>
            </w:r>
          </w:p>
        </w:tc>
      </w:tr>
    </w:tbl>
    <w:p>
      <w:pPr>
        <w:pStyle w:val="Heading3"/>
      </w:pPr>
      <w:r>
        <w:t>Résumé :</w:t>
      </w:r>
    </w:p>
    <w:p>
      <w:r>
        <w:t>Grâce à cet ouvrage, vous maîtriserez la gravure des CD en Une seule journée. Chaque chapitre ne vous demandera qu'une heure d'apprentissage. Se former à la gravure des CD en un jour expose</w:t>
        <w:br/>
        <w:br/>
        <w:br/>
        <w:br/>
        <w:t>les principes de la gravure, le concept CD-R et les différentes normes. Il explique le fonctionnement d'un CD-R et l'installation d'une station de gravure intégrée. Enfin, il vous guide dans la mise en pratique de vos connaissances et propose des solutions aux problèmes courants.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