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Espaces topologiques en général et espaces métriques en particurlier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Hazi,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générale/ espace topologique/ </w:t>
            </w:r>
          </w:p>
        </w:tc>
      </w:tr>
    </w:tbl>
    <w:p>
      <w:pPr>
        <w:pStyle w:val="Heading3"/>
      </w:pPr>
      <w:r>
        <w:t>Résumé :</w:t>
      </w:r>
    </w:p>
    <w:p>
      <w:r>
        <w:t>Ce titre explore les fondements de la topologie générale, une branche des mathématiques qui étudie les propriétés des espaces préservées par des transformations continues. Il commence par définir un espace topologique comme un ensemble muni d'une structure permettant de formaliser les concepts de voisinage, d'ouverture et de continuité. Les notions de voisinages, de continuité et de convergence sont introduites pour analyser les comportements locaux des fonctions et des suites.</w:t>
        <w:br/>
        <w:br/>
        <w:br/>
        <w:br/>
        <w:br/>
        <w:br/>
        <w:t>le-dictionnaire-de-maths.fr</w:t>
        <w:br/>
        <w:br/>
        <w:t>+4</w:t>
        <w:br/>
        <w:br/>
        <w:t>fr.wikipedia.org</w:t>
        <w:br/>
        <w:br/>
        <w:t>+4</w:t>
        <w:br/>
        <w:br/>
        <w:br/>
        <w:br/>
        <w:t>L'ouvrage se concentre ensuite sur les espaces métriques, qui sont des espaces topologiques où une distance est définie entre les points. Cette structure permet de mesurer la proximité des éléments et d'étudier des propriétés telles que la compacité, la connexité et la séparabilité. La métrisabilité est également abordée, définissant les conditions sous lesquelles un espace topologique peut être doté d'une métrique.</w:t>
        <w:br/>
        <w:br/>
        <w:t>Enfin, le texte présente des résultats fondamentaux tels que le théorème du point fixe, qui a des applications dans divers domaines des mathématiques. L'objectif est de fournir une compréhension rigoureuse et approfondie des concepts clés en topologie et en analyse, essentiels pour les étudiants en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