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Maurin, Henri/ Abadie,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 et technique du petrole(N°:None)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utilisation de logiciel/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pratique à la programmation linéaire, une branche essentielle de l'optimisation mathématique. L’auteur présente de façon claire et structurée les concepts fondamentaux, en insistant sur leur application dans divers domaines industriels, économiques et logistiques.</w:t>
        <w:br/>
        <w:br/>
        <w:br/>
        <w:br/>
        <w:t>Objectifs du livre</w:t>
        <w:br/>
        <w:br/>
        <w:t>Expliquer les principes et la méthodologie de la programmation linéaire.</w:t>
        <w:br/>
        <w:br/>
        <w:t>Montrer comment modéliser des problèmes concrets en formulant des systèmes d’équations et d’inéquations.</w:t>
        <w:br/>
        <w:br/>
        <w:t>Présenter des méthodes de résolution, notamment la méthode du simplexe.</w:t>
        <w:br/>
        <w:br/>
        <w:t>Illustrer l’utilisation des logiciels et des outils informatiques pour résoudre ces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