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analyse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Yger,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2729879099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Théorie du signal/ Analyse du signal/ </w:t>
            </w:r>
          </w:p>
        </w:tc>
      </w:tr>
    </w:tbl>
    <w:p>
      <w:pPr>
        <w:pStyle w:val="Heading3"/>
      </w:pPr>
      <w:r>
        <w:t>Résumé :</w:t>
      </w:r>
    </w:p>
    <w:p>
      <w:r>
        <w:t>L’ouvrage propose une approche systématique de l’analyse des signaux, fondée sur l’analyse harmonique, les espaces fonctionnels et les transformées intégrales. Il met en lumière le rôle fondamental des outils mathématiques tels que la transformée de Fourier, la transformée de Laplace, et les séries de Fourier dans la compréhension et la manipulation des signaux continus et discrets.</w:t>
        <w:br/>
        <w:br/>
        <w:br/>
        <w:br/>
        <w:t>Il aborde également les notions de filtrage, de convolution, de représentation spectrale, tout en soulignant les interactions entre le domaine temporel et fréquentiel. L’auteur propose une démarche à la fois théorique et appliquée, avec des exemples concrets issus du traitement du signal et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