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Cinétique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Soustelle,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231-235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9782746230026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élement fondamentau/ collision/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une introduction complète à la cinétique chimique, couvrant les aspects fondamentaux de la discipline, des lois expérimentales aux mécanismes de réaction et aux méthodes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