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studio 2010 ALM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Margraff, Étienne/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Saint-Herblain/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Expert IT(N°:None)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363-377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9782746061347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visual studio 2010/ Contrôle de version/ </w:t>
            </w:r>
          </w:p>
        </w:tc>
      </w:tr>
    </w:tbl>
    <w:p>
      <w:pPr>
        <w:pStyle w:val="Heading3"/>
      </w:pPr>
      <w:r>
        <w:t>Résumé :</w:t>
      </w:r>
    </w:p>
    <w:p>
      <w:r>
        <w:t>Visual Studio 2010 ALM fournit une plateforme complète pour le développement collaboratif. Il intègre des outils pour :</w:t>
        <w:br/>
        <w:br/>
        <w:t>La gestion des exigences</w:t>
        <w:br/>
        <w:br/>
        <w:t>Le contrôle de version (via Team Foundation Server - TFS)</w:t>
        <w:br/>
        <w:br/>
        <w:t>La gestion de projet agile</w:t>
        <w:br/>
        <w:br/>
        <w:t>Le suivi des bugs et des tâches</w:t>
        <w:br/>
        <w:br/>
        <w:t>Les tests unitaires et fonctionnels</w:t>
        <w:br/>
        <w:br/>
        <w:t>L’intégration continue</w:t>
        <w:br/>
        <w:br/>
        <w:t>Le déploiement automatisé</w:t>
        <w:br/>
        <w:br/>
        <w:t>Le profilage et la qualité du code</w:t>
        <w:br/>
        <w:br/>
        <w:t>Il s’adresse aux équipes de développement souhaitant améliorer la collaboration, la traçabilité et la qualité logicielle.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