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Flash CS5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Mathieu, Gil/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campus(N°:None)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569-583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9782744024597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adobe flash/ multimédia interactif/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à aider les lecteurs à maîtriser Adobe Flash CS5, un logiciel de création multimédia interactif, largement utilisé à l’époque pour développer des animations, des interfaces web riches, et des jeux interactifs.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