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complexe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Tauvel, Patrice/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2-10-004443-5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fonction holomorphe/ Calcul des résidu/ </w:t>
            </w:r>
          </w:p>
        </w:tc>
      </w:tr>
    </w:tbl>
    <w:p>
      <w:pPr>
        <w:pStyle w:val="Heading3"/>
      </w:pPr>
      <w:r>
        <w:t>Résumé :</w:t>
      </w:r>
    </w:p>
    <w:p>
      <w:r>
        <w:t>L'analyse complexe est une branche des mathématiques qui étudie les fonctions de variables complexes. Elle repose sur des concepts fondamentaux tels que la dérivabilité complexe, les séries de Laurent, le calcul des résidus et les transformations conformes.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