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d'algèbre générale et d'arithmétique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Tauvel, Patrice/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2-10-008292-2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algébre/ arithmétique/ </w:t>
            </w:r>
          </w:p>
        </w:tc>
      </w:tr>
    </w:tbl>
    <w:p>
      <w:pPr>
        <w:pStyle w:val="Heading3"/>
      </w:pPr>
      <w:r>
        <w:t>Résumé :</w:t>
      </w:r>
    </w:p>
    <w:p>
      <w:r>
        <w:t>Ce livre contient les énoncés et corrigés de 470 exercices d'algèbre générale et d'arithmétique. En algèbre générale, l'ouvrage traite des groupes, des anneaux, des corps, des polynômes à une ou plusieurs indéterminées, des fractions rationnelles, et des séries formelles. L'arithmétique est traitée à travers certains des thèmes précédents (anneaux, corps et polynômes), mais également en abordant les nombres, premiers ou l'analyse combinatoire. Les exercices sont classés en 17 thèmes de niveaux différents, afin de satisfaire un large public : étudiants préparant l'Agrégation de mathématiques et étudiants en 2e cycle/Master.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