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Géométrie arithmetique et algorithmique des courbes elliptiques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Zitouni, Mohamed/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9789961010303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géometrie/ </w:t>
            </w:r>
          </w:p>
        </w:tc>
      </w:tr>
    </w:tbl>
    <w:p>
      <w:pPr>
        <w:pStyle w:val="Heading3"/>
      </w:pPr>
      <w:r>
        <w:t>Résumé :</w:t>
      </w:r>
    </w:p>
    <w:p>
      <w:r>
        <w:t>composé de 14 chapitres et illustrés par des exemples, Mohamed ZITOUNI nous offre un ouvrage qui s’adresse à tous ceux qui ont des connaissances en Algèbre Commutative et en Théorie des nombres algébriques et qui sont intéressés par les courbes Elliptiques. Le sujet central est la théorie des courbes Elliptiques.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