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pour l'agrégation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Zisman,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171-172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2100039334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arithmétique/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propose un panorama rigoureux des disciplines fondamentales, ponctué de nombreux exercices en fin de chaque chapitre permettant de vérifier la compréhension et d’approfondir les notions présentées.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