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distributions et d'équations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Zuily,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2100057359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la théorie des distributions, élaborée par Laurent Schwartz dans les années 45-50. Cette théorie est incontournable pour qui veut étudier les équations aux dérivées partielles (équation de Laplace, équation d'ondes, équations de Shrödinger...). Le cours est complété par des problèmes résolus.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