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Tables de logarithmes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Brachet,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2206001616831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logarithmes décimaux/ arcs en degré/ arcs en grade/ </w:t>
            </w:r>
          </w:p>
        </w:tc>
      </w:tr>
    </w:tbl>
    <w:p>
      <w:pPr>
        <w:pStyle w:val="Heading3"/>
      </w:pPr>
      <w:r>
        <w:t>Résumé :</w:t>
      </w:r>
    </w:p>
    <w:p>
      <w:r>
        <w:t>Ce document est un recueil de tables mathématiques destiné aux calculs scientifiques, techniques ou scolaires avant l’ère des calculatrices électroniques. Il contient :</w:t>
        <w:br/>
        <w:br/>
        <w:br/>
        <w:br/>
        <w:t>Les logarithmes décimaux des nombres de 1 à 10 000 avec une précision de cinq décimales, facilitant la multiplication, la division, et l'extraction de racines par l’addition et la soustraction.</w:t>
        <w:br/>
        <w:br/>
        <w:br/>
        <w:br/>
        <w:t>Des valeurs trigonométriques associées aux arcs exprimés en grades et en degrés, utiles pour les applications en géométrie, trigonométrie et navigation.</w:t>
        <w:br/>
        <w:br/>
        <w:br/>
        <w:br/>
        <w:t>Ce type de table était couramment utilisé dans les domaines de l’ingénierie, de la topographie, de l’astronomie et des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