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Thermochimie, diagrammes binaires, élaboration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Desreux, Sébastien/ Chevaldonnet, Nicolas/ Laurent, Valérie/ Rousset, Sébastien/ Taillemite, Sébastien/ </w:t>
            </w:r>
          </w:p>
        </w:tc>
      </w:tr>
      <w:tr>
        <w:trPr>
          <w:trHeight w:val="567"/>
        </w:trPr>
        <w:tc>
          <w:tcPr>
            <w:tcW w:type="dxa" w:w="3000"/>
          </w:tcPr>
          <w:p>
            <w:r>
              <w:t>Adresse bib.</w:t>
            </w:r>
          </w:p>
        </w:tc>
        <w:tc>
          <w:tcPr>
            <w:tcW w:type="dxa" w:w="7000"/>
          </w:tcPr>
          <w:p>
            <w:r>
              <w:t xml:space="preserve">Rosny/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Puissance prépas(N°:None)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2842911792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chimique/ Capacité calorifique/ </w:t>
            </w:r>
          </w:p>
        </w:tc>
      </w:tr>
    </w:tbl>
    <w:p>
      <w:pPr>
        <w:pStyle w:val="Heading3"/>
      </w:pPr>
      <w:r>
        <w:t>Résumé :</w:t>
      </w:r>
    </w:p>
    <w:p>
      <w:r>
        <w:t>Une colle à préparer ? Une lacune à combler ? Un point à perfectionner ? La collection Puissance Prépas, par sa structure en fiches et son index détaillé, vous permettra d'aller directement à l'essentiel. La collection a été conçue et réalisée par une équipe de jeunes auteurs désireux de vous faire bénéficier de leur expérience d'anciens taupins ils vous présentent ici la synthèse de leur travail. Chaque fiche, centrée sur un point précis, contient : • la synthèse des éléments utiles du cours ; • les méthodes indispensables, enrichies par de nombreux conseils pratiques ; • de nombreux exercices corrigés en détail, classés par niveaux de difficulté. Vous pourrez ainsi, par une préparation ciblée, aborder en toute confiance les épreuves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