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Salles, Laurent/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PCEM(N°:None)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2729808701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générale/ chimie physique/ </w:t>
            </w:r>
          </w:p>
        </w:tc>
      </w:tr>
    </w:tbl>
    <w:p>
      <w:pPr>
        <w:pStyle w:val="Heading3"/>
      </w:pPr>
      <w:r>
        <w:t>Résumé :</w:t>
      </w:r>
    </w:p>
    <w:p>
      <w:r>
        <w:t>Cet ouvrage propose une synthèse claire et structurée des notions fondamentales de la chimie générale, sous forme de fiches de cours condensées. Il est destiné aux étudiants de premier cycle universitaire, classes préparatoires, BTS, IUT ou écoles d'ingénieurs. Chaque fiche couvre un thème essentiel de la chimie générale avec des définitions, formules, explications et exemples.</w:t>
        <w:br/>
        <w:br/>
        <w:t>Des sujets corrigés permettent de s'entraîner et de vérifier la bonne compréhension des notions abordées. Le livre couvre aussi bien les bases théoriques que les applications pratiques, facilitant la révision rapide et efficace avant les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